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חורף, פנימיות ומסע אל עצמי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מגוון הסוגות הספרותיות באתר (מאמר הגות, שיר, סיפור קצר, מכתב, יומן, משל) ואת מאפייני כל סוגה.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לשון ציורית (דימוי, מטפורה, האנשה) בשירה ובפרוזה.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לעמוד על הרעיון המרכזי המשותף לקטעים – הקשר בין חורף, האטה וצמיחה פנימית.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אישית-רפלקטיבית בעקבות קריאה, תוך שמירה על גבולות ובחירה חופשית בשיתוף.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מאמרי הגות: רעיון מרכזי וטיעון – זיהוי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הקטע טוען שהאטה בחורף היא זמן של צבירת כוח, לא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השורשים מעמיקים גם כשלא רואים זאת מבחוץ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הרעיון המרכזי של הקטע - תמיד נשאר חום פנימי שאפשר להחיות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הקטע אומר שגם לקול הביקורתי יש לפעמים תועלת, אך כדאי לבחור להקשיב יותר לקול המעודד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מאמרי הגות: רעיון מרכזי וטיעון – דימויים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(חום פנימי שנשאר גם כשנדמה שהאש כבתה)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(צמיחה סמויה שמתרחשת לפני שרואים אותה מבחוץ)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(הזמנה להאט ולפנות אל העולם הפנימי)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(הקול הפנימי השקט והמעודד)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(המסע המתמשך של הכרת עצמנו, שדורש סקרנות וסבלנות)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מאמרי הגות: רעיון מרכזי וטיעון – ניתוח טיעון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להתקדם בצעדים קטנים ובסבלנות, לא בלחץ או בשינוי מהיר מדי, כדי לא 'לכבות' את הכוח הפנימי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בשני הדימויים יש כוח או חיים שאינם נראים מבחוץ, אבל קיימים בפנים וממתינים בסבלנות להתגלות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בשני הקטעים הכותבים מדגישים תהליך מתמשך ולא מיידי - צמיחה או הכרה עצמית שדורשים זמן וסבלנות ואינם מסתיימים ברגע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לבדוק שימוש נכון בדימוי מהקטעים ושהפסקה קשורה לרעיון של כוח פנימי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שירה ולשון ציורית: דימוי, מטפורה והאנשה – מושגים ותוכן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ייחוס תכונות אדם לדבר דומם, לבעל חיים או לטבע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 משתמש במילת השוואה כמו "כמו", מטפורה מזהה בין שני דברים בלי 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שירה ולשון ציורית: דימוי, מטפורה והאנשה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בשיר נאמר שלא כל צמיחה נראית מבחוץ, וגם בתקופת "חורף" משהו מתחזק בפנים.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תיאור מקורות האור הפנימיים בשיר.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בשקט רך שמאפשר לנשום ולהיות עצמנו.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שירה ולשון ציורית: דימוי, מטפורה והאנשה – התאמה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(צמיחה סמויה שממשיכה גם כשלא רואים אותה מבחוץ)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(מקורות אור פנימיים שאפשר להדליק גם בחושך)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(שקט רך שמאפשר לנשום ולחזור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(ייחוס תכונה אנושית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(זיהוי בין שני דברים שונים בלי מילת 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שירה ולשון ציורית: דימוי, מטפורה והאנשה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קצר: עלילה, דמות ומסר – הבנת העלילה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הסערה גורמת לניתוק האינטרנט, לא לחשמל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רוני היא אחותו הקטנה של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בשני הסיפורים סערה משבשת את השגרה ומביאה להתבוננות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קצר: עלילה, דמות ומסר – פרטים מהעלילה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אחותו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הם נפלו ונשכבו מכוסים בבוץ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קצר: עלילה, דמות ומסר – דמויות ונקודת מפנה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(מגלה שהחשיבה בשקט מעניינת)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(מודיעה שהאינטרנט נפל בגלל הסערה)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(אומר שהשורשים עדיין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אם גם אנשים מתחזקים אחרי 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(מצטרפים ועוזרים לתקן את הגינה)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אישית: מכתב ויומן – הבנת המטרה והתוכן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לראות את הדרך ולקבל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בהם יש רגעים קטנים וטובים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תשומת לב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אישית: מכתב ויומן – תזכורת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הקטע מציין שמכתב לעצמנו עוזר לראות את הדרך, לקבל קשיים ולזכור שאנחנו ממשיכים לצמוח.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הקטע מדגיש שגם ביום אפור יש רגעים קטנים וטובים ששווה לשים לב אליהם ולכתוב עליהם.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אישית: מכתב ויומן – הבחנה בין תיאור חיצוני לרגש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(רגש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(רגש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(רגש פנימי)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אישית: מכתב ויומן – הבחנה בין תיאור חיצוני לרגש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הרחוב היה רטוב מהגשם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משל ומוסר השכל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לא רצה לפספס דברים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המזון אזל והוא נעשה עייף ומותש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הינשוף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משל ומוסר השכל – מבנה המשל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הינשוף אמר ההפך: מנוחה איננה בזבוז, אלא צבירת כוח לאביב.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בסיום הסיפור, לפני שהתעורר באביב.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משל ומוסר השכל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ינשוף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משל ומוסר השכל – התאמת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(הדמות שלומדת את הלקח)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(הדמות שמביאה את התובנה)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(מסמלים מנוחה וצבירת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(המשפט המסכם את הלקח האנושי)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סדנת סיכום: יומן מסע אישי ושיח – זיהוי נושאים מרכזים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החורף מזמין להאט ולפנות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גחלת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הרבה לפני שרואים אותה, מתחת לפני הקרקע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שניהם עוסקים בדברים שקורים בפנים, גם כשלא רואים אותם מבחוץ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מוטיב ההאטה/הצמיחה הפנימית/החוסן ומדגים משתי-שלוש סוגות שונות (למשל מאמר ושיר).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זיהוי מדויק של הדימוי/המטפורה והסבר הקושר אותו לרעיון המרכזי של הקטע, לא רק תיאור כללי.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אישית, כנה ומנומקת, ואינה חייבת לחשוף תוכן אישי – חשוב הקישור בין הכתיבה להבנה.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 (כ-45 דקות), ולפתוח כל שיעור בקריאה קצרה או במעגל בוקר של עשר דקות מהאתר.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פרק 4 ו-6, יש לאפשר לתלמידים לבחור אם לשתף את הכתיבה האישית שלהם – בהתאם להערה העדינה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או בחנ"מ ניתן להיעזר בגרסה הפשוטה של הקטעים ובדפי התרגול המותאמים שבאתר.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לשלב את משחק הקבוצות (מסע החורף) כסיכום חווייתי לפני כתיבת הרפלקציה המסכמת.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חורף, פנימיות ומסע אל עצמי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תקראו טקסטים קצרים על חורף ועל העולם הפנימי שלנו. בכל פרק יש שאלות קריאה ומשימת כתיבה קצרה. אפשר לעבוד לבד או בזוגות, ולשאול מורה אם משהו לא 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השוואה כמו 'כמו' או 'כ-'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סמויה, ללא מילת השוואה, בין שני דברים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דבר דומם או בעל חיים בתכונות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הגות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עיוני המביע רעיון או השקפה אישית על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שממנו עולה מוסר השכל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מוסר השכל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או הלקח שהסיפור מבקש ללמד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בעלילה שבו משהו משתנה אצל הדמות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 סמויה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פנימית שאינה נראית מיד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להתאושש ולהתחזק אחרי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פנימית על חוויה או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מאמרי הגות: רעיון מרכזי וטיעון – זיהוי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'החורף לא ממהר' טוען שהחורף הוא זמן של בזבוז ואין בו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'מתחת לאדמה', ימים שנראים 'ריקים' מבחוץ יכולים להיות ימים של צמיחה פנימית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'גחלת', גם כשהאש נראית כבויה נשאר בתוכנו חום, כמו גחלת מתחת לאפר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'שני קולות', צריך להשתיק לגמרי את הקול הביקורתי כי אין בו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מאמרי הגות: רעיון מרכזי וטיעון – דימויים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גחלת מתחת לאפר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המסע המתמשך של הכרת עצמנו, שדורש סקרנות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פקעות ובצלים מתחת לאדמה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הזמנה להאט ולפנות אל העולם הפנימי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גשם שמתופף על החלון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צמיחה סמויה שמתרחשת לפני שרואים אותה מבחוץ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ציוץ ציפור בתוך רעש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חום פנימי שנשאר גם כשנדמה שהאש כבתה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מסע בלי קו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הקול הפנימי השקט והמעודד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מאמרי הגות: רעיון מרכזי וטיעון – ניתוח טיעון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בקטע 'גחלת' מוזהרים מפני 'שפיכת הרבה עצים בבת אחת'. מה מייצגת האזהרה הזאת, לדעתכם, לגבי הדרך לחזור לעצמנו אחרי תקופה קשה?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בקצרה בין הדימוי באדמה ('מתחת לאדמה') לדימוי הגחלת ('גחלת') - מה משותף לשני הדימויים בטיעון של הכותבים?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בקטע 'מסע בלי מזוודה' נאמר שהמסע אל עצמנו הוא 'מסע של שאלות, בלי קו סיום'. כתבו כיצד רעיון זה קשור לרעיון המרכזי בקטע 'מתחת לאדמה' על צמיחה סמויה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שבה אתם משתמשים בדימוי אחד מהקטעים (גחלת, אדמה, קול שקט) כדי לתאר רגע שבו אתם צריכים כוח פנימי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שירה ולשון ציורית: דימוי, מטפורה והאנשה – מושגים ותוכן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האנשה?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ייחוס תכונות אדם לדבר דומם, לבעל חיים או לטבע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מפורשת בעזרת מילת דימוי כמו "כמו"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אותה מילה כמה פעמים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מדויק של מראה חיצוני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דימוי למטפורה?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 משתמש במילת השוואה כמו "כמו", מטפורה מזהה בין שני דברים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 תמיד ארוך יותר ממטפורה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מטפורה מופיעה רק בשירה, דימוי רק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הבדל, אלה שני שמות לאותו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שירה ולשון ציורית: דימוי, מטפורה והאנשה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"עץ בחורף" נאמר שכל צמיחה פנימית נראית תמיד גם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"פנס קטן" מקורות האור שמוזכרים הם זיכרונות, קשרים ומילים טובות.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"שקט" מתואר שקט כבד וקשה שגורם לדובר להתרחק מעצמו.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שירה ולשון ציורית: דימוי, מטפורה והאנשה – התאמה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בין שני דברים שונים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צמיחה סמויה שממשיכה גם כשלא רואים אותה מבחוץ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מקורות אור פנימיים שאפשר להדליק גם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שקט רך שמאפשר לנשום ולחזור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תכונה אנושית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שירה ולשון ציורית: דימוי, מטפורה והאנשה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משווים עולם פנימי לעץ שצומח בשקט בחורף, זהו שימוש בלשון __________ (דימוי או מטפורה).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 "פנס קטן" האור מסמל __________ שיש בתוכנו גם כשקשה.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קצר: עלילה, דמות ומסר – הבנת העלילה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"כשהאינטרנט נפל", הסערה גורמת לניתוק החשמל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ב"אחרי הסערה", רוני היא אחותו הגדולה של איתי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בשני הסיפורים מופיע אירוע חיצוני (סערה) שגורם לדמויות לעצור ולהתבונן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קצר: עלילה, דמות ומסר – פרטים מהעלילה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אומרת לעידו שהאינטרנט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אחותו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לצמחים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נשארו זקופים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נפלו ונשכבו מכוסים בבוץ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נעקרו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פרחו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קצר: עלילה, דמות ומסר – דמויות ונקודת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 שהשורשים עדיין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אחותו של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מגלה שהחשיבה בשקט מעניינת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אם גם אנשים מתחזקים אחרי 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מצטרפים ועוזרים לתקן את הגינה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השכנים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מודיעה שהאינטרנט נפל בגלל הסערה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כתיבה אישית: מכתב ויומן – הבנת המטרה והתוכן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מכתב לעצמנו?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לראות את הדרך ולקבל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טיול בחו"ל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כללי כתיבה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בימים אפורים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בהם שום דבר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בהם יש רגעים קטנים וטובים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תמיד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לכתוב עליהם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לשים לב לרגעים 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תשומת לב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בריחה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כתיבה אישית: מכתב ויומן – תזכורת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"מכתב לעצמי", כתיבת מכתב עוזרת לזכור שאנחנו ממשיכים לצמוח.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"יומן של יום גשום", רק ימים שמשיים ראויים לתיעוד ביומן.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כתיבה אישית: מכתב ויומן – הבחנה בין תיאור חיצוני לרגש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הגשם דפק על החלון כל הבוקר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הרגשתי שקט בלב, בלי לדעת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האוטובוס איחר ברבע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חיצוני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חששתי שלא אצליח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חיצוני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השמיים היו אפורים כל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שמחתי מאוד כשקיבלתי חיוך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תיאור חיצוני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כתיבה אישית: מכתב ויומן – הבחנה בין תיאור חיצוני לרגש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מתאר דבר שרואים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הרחוב היה רטוב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הרגשתי מבולבל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חששתי מהמבחן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שמחתי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משל ומוסר השכל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הדובון סירב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רצה לפספס דברים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היה עייף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רב עם הדובה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לדובון אחרי שנשאר ער לבדו זמן 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נעשה חזק יותר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המזון אזל והוא נעשה עייף ומותש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מצא חברים חדשים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בנה מאורה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עזר לדובון להבין את טעותו?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הדובה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שעפה דרומה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משל ומוסר השכל – מבנה המשל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הינשוף אמר לדובון שמנוחה היא בזבוז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הדובון חזר למאורה ונרדם עם הדובה הזקנה.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משל ומוסר השכל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הדובון פגש את ה__________ שהסביר לו שמנוחה היא חלק טבעי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מוסר ההשכל של המשל: לפעמים הצעד הכי חכם קדימה הוא לעצור 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משל ומוסר השכל – התאמת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מסמלים מנוחה וצבירת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הינשוף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המשפט המסכם את הלקח האנושי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החורף והשינה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הדמות שלומדת את הלקח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מוסר ההשכל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הדמות שמביאה את התובנה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סדנת סיכום: יומן מסע אישי ושיח – זיהוי נושאים מרכזים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מזמין אותנו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למהר כדי לא לפספס את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החורף מזמין להאט ולפנות פנימה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 הוא עונה מיותרת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קיץ טוב יותר מחורף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נשאר אחרי שהאש נעלמת?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גחלת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מתחילה הצמיחה, גם אם לא רואים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כשרואים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לפני שרואים אותה, מתחת לפני הקרקע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שהעלים נושרים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בין שני הקטעים?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בדברים שקורים בפנים, גם כשלא רואים אותם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עוסקים בבעלי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ממליצים להתאמץ יותר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מתארים ימי קיץ חמים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המשותף שמופיע ברוב קטעי האתר, ואיך הוא בא לידי ביטוי בשלוש סוגות שונות לפחות?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דימוי או מטפורה אחד מהקטעים והסבירו מה הוא מוסיף להבנת הרעיון המרכזי.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תרגול הכתיבה האישית (מכתב/יומן) עזר לכם להבין טוב יותר את עצמכם או את אחד הקטעים?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חורף, פנימיות ומסע אל עצמי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